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028E" w14:textId="39355AD0" w:rsidR="00E35492" w:rsidRPr="0011219B" w:rsidRDefault="00CA6402">
      <w:pPr>
        <w:spacing w:after="0"/>
        <w:rPr>
          <w:b/>
          <w:bCs/>
          <w:color w:val="002060"/>
          <w:sz w:val="21"/>
          <w:szCs w:val="21"/>
        </w:rPr>
      </w:pPr>
      <w:r w:rsidRPr="0011219B">
        <w:rPr>
          <w:b/>
          <w:bCs/>
          <w:color w:val="002060"/>
          <w:sz w:val="21"/>
          <w:szCs w:val="21"/>
        </w:rPr>
        <w:t>TÜRKİYE DEĞERLEME UZMANLARI BİRLİĞİ REV MÜLAKAT KOMİSYONU HAVUZU BAŞVURU FORMU</w:t>
      </w:r>
    </w:p>
    <w:p w14:paraId="3BCE14DA" w14:textId="77777777" w:rsidR="00CA6402" w:rsidRDefault="00CA6402">
      <w:pPr>
        <w:spacing w:after="0"/>
      </w:pPr>
    </w:p>
    <w:p w14:paraId="44ADE278" w14:textId="77777777" w:rsidR="00E35492" w:rsidRDefault="00000000">
      <w:pPr>
        <w:spacing w:before="140" w:after="80"/>
      </w:pPr>
      <w:r>
        <w:rPr>
          <w:b/>
          <w:color w:val="1F375F"/>
          <w:sz w:val="21"/>
        </w:rPr>
        <w:t>1. BAŞVURU SAHİBİNE İLİŞKİN BİLGİLER</w:t>
      </w:r>
    </w:p>
    <w:tbl>
      <w:tblPr>
        <w:tblW w:w="0" w:type="auto"/>
        <w:jc w:val="center"/>
        <w:tblLayout w:type="fixed"/>
        <w:tblLook w:val="04A0" w:firstRow="1" w:lastRow="0" w:firstColumn="1" w:lastColumn="0" w:noHBand="0" w:noVBand="1"/>
      </w:tblPr>
      <w:tblGrid>
        <w:gridCol w:w="2835"/>
        <w:gridCol w:w="7370"/>
      </w:tblGrid>
      <w:tr w:rsidR="00E35492" w14:paraId="2DDC1FCA" w14:textId="77777777">
        <w:trPr>
          <w:jc w:val="center"/>
        </w:trPr>
        <w:tc>
          <w:tcPr>
            <w:tcW w:w="2835"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5DD5EA1D" w14:textId="77777777" w:rsidR="00E35492" w:rsidRDefault="00000000">
            <w:r>
              <w:rPr>
                <w:b/>
                <w:sz w:val="18"/>
              </w:rPr>
              <w:t>Adı Soyadı</w:t>
            </w:r>
          </w:p>
        </w:tc>
        <w:tc>
          <w:tcPr>
            <w:tcW w:w="7370" w:type="dxa"/>
            <w:tcBorders>
              <w:top w:val="single" w:sz="6" w:space="0" w:color="A6A6A6"/>
              <w:left w:val="single" w:sz="6" w:space="0" w:color="A6A6A6"/>
              <w:bottom w:val="single" w:sz="6" w:space="0" w:color="A6A6A6"/>
              <w:right w:val="single" w:sz="6" w:space="0" w:color="A6A6A6"/>
            </w:tcBorders>
            <w:vAlign w:val="center"/>
          </w:tcPr>
          <w:p w14:paraId="7283302D" w14:textId="77777777" w:rsidR="00E35492" w:rsidRDefault="00E35492"/>
        </w:tc>
      </w:tr>
      <w:tr w:rsidR="00E35492" w14:paraId="0CE26858" w14:textId="77777777">
        <w:trPr>
          <w:jc w:val="center"/>
        </w:trPr>
        <w:tc>
          <w:tcPr>
            <w:tcW w:w="2835"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70BC6285" w14:textId="77777777" w:rsidR="00E35492" w:rsidRDefault="00000000">
            <w:r>
              <w:rPr>
                <w:b/>
                <w:sz w:val="18"/>
              </w:rPr>
              <w:t>T.C. Kimlik No</w:t>
            </w:r>
          </w:p>
        </w:tc>
        <w:tc>
          <w:tcPr>
            <w:tcW w:w="7370" w:type="dxa"/>
            <w:tcBorders>
              <w:top w:val="single" w:sz="6" w:space="0" w:color="A6A6A6"/>
              <w:left w:val="single" w:sz="6" w:space="0" w:color="A6A6A6"/>
              <w:bottom w:val="single" w:sz="6" w:space="0" w:color="A6A6A6"/>
              <w:right w:val="single" w:sz="6" w:space="0" w:color="A6A6A6"/>
            </w:tcBorders>
            <w:vAlign w:val="center"/>
          </w:tcPr>
          <w:p w14:paraId="061C75DE" w14:textId="77777777" w:rsidR="00E35492" w:rsidRDefault="00E35492"/>
        </w:tc>
      </w:tr>
      <w:tr w:rsidR="00E35492" w14:paraId="2BD599A5" w14:textId="77777777">
        <w:trPr>
          <w:jc w:val="center"/>
        </w:trPr>
        <w:tc>
          <w:tcPr>
            <w:tcW w:w="2835"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2B389F2B" w14:textId="77777777" w:rsidR="00E35492" w:rsidRDefault="00000000">
            <w:r>
              <w:rPr>
                <w:b/>
                <w:sz w:val="18"/>
              </w:rPr>
              <w:t>Görev Yaptığı Kurum/Kuruluş</w:t>
            </w:r>
          </w:p>
        </w:tc>
        <w:tc>
          <w:tcPr>
            <w:tcW w:w="7370" w:type="dxa"/>
            <w:tcBorders>
              <w:top w:val="single" w:sz="6" w:space="0" w:color="A6A6A6"/>
              <w:left w:val="single" w:sz="6" w:space="0" w:color="A6A6A6"/>
              <w:bottom w:val="single" w:sz="6" w:space="0" w:color="A6A6A6"/>
              <w:right w:val="single" w:sz="6" w:space="0" w:color="A6A6A6"/>
            </w:tcBorders>
            <w:vAlign w:val="center"/>
          </w:tcPr>
          <w:p w14:paraId="363F0CAA" w14:textId="77777777" w:rsidR="00E35492" w:rsidRDefault="00E35492"/>
        </w:tc>
      </w:tr>
      <w:tr w:rsidR="00E35492" w14:paraId="434C662E" w14:textId="77777777">
        <w:trPr>
          <w:jc w:val="center"/>
        </w:trPr>
        <w:tc>
          <w:tcPr>
            <w:tcW w:w="2835"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3C741826" w14:textId="77777777" w:rsidR="00E35492" w:rsidRDefault="00000000">
            <w:r>
              <w:rPr>
                <w:b/>
                <w:sz w:val="18"/>
              </w:rPr>
              <w:t>Görevi / Unvanı</w:t>
            </w:r>
          </w:p>
        </w:tc>
        <w:tc>
          <w:tcPr>
            <w:tcW w:w="7370" w:type="dxa"/>
            <w:tcBorders>
              <w:top w:val="single" w:sz="6" w:space="0" w:color="A6A6A6"/>
              <w:left w:val="single" w:sz="6" w:space="0" w:color="A6A6A6"/>
              <w:bottom w:val="single" w:sz="6" w:space="0" w:color="A6A6A6"/>
              <w:right w:val="single" w:sz="6" w:space="0" w:color="A6A6A6"/>
            </w:tcBorders>
            <w:vAlign w:val="center"/>
          </w:tcPr>
          <w:p w14:paraId="4CCF2F0A" w14:textId="77777777" w:rsidR="00E35492" w:rsidRDefault="00E35492"/>
        </w:tc>
      </w:tr>
      <w:tr w:rsidR="00E35492" w14:paraId="5A1A90EE" w14:textId="77777777">
        <w:trPr>
          <w:jc w:val="center"/>
        </w:trPr>
        <w:tc>
          <w:tcPr>
            <w:tcW w:w="2835"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64F8BA7E" w14:textId="3650C08A" w:rsidR="00E35492" w:rsidRDefault="00000000">
            <w:r>
              <w:rPr>
                <w:b/>
                <w:sz w:val="18"/>
              </w:rPr>
              <w:t xml:space="preserve">E-posta </w:t>
            </w:r>
            <w:r w:rsidR="00011A12">
              <w:rPr>
                <w:b/>
                <w:sz w:val="18"/>
              </w:rPr>
              <w:t>ve</w:t>
            </w:r>
            <w:r>
              <w:rPr>
                <w:b/>
                <w:sz w:val="18"/>
              </w:rPr>
              <w:t xml:space="preserve"> Telefon</w:t>
            </w:r>
          </w:p>
        </w:tc>
        <w:tc>
          <w:tcPr>
            <w:tcW w:w="7370" w:type="dxa"/>
            <w:tcBorders>
              <w:top w:val="single" w:sz="6" w:space="0" w:color="A6A6A6"/>
              <w:left w:val="single" w:sz="6" w:space="0" w:color="A6A6A6"/>
              <w:bottom w:val="single" w:sz="6" w:space="0" w:color="A6A6A6"/>
              <w:right w:val="single" w:sz="6" w:space="0" w:color="A6A6A6"/>
            </w:tcBorders>
            <w:vAlign w:val="center"/>
          </w:tcPr>
          <w:p w14:paraId="35174E10" w14:textId="77777777" w:rsidR="00E35492" w:rsidRDefault="00E35492"/>
        </w:tc>
      </w:tr>
    </w:tbl>
    <w:p w14:paraId="4836E17D" w14:textId="77777777" w:rsidR="00E35492" w:rsidRDefault="00000000">
      <w:pPr>
        <w:spacing w:before="140" w:after="80"/>
      </w:pPr>
      <w:r>
        <w:rPr>
          <w:b/>
          <w:color w:val="1F375F"/>
          <w:sz w:val="21"/>
        </w:rPr>
        <w:t>2. MÜLAKAT KOMİSYONU HAVUZUNA KATILIM KOŞULLARI</w:t>
      </w:r>
    </w:p>
    <w:p w14:paraId="7C7548E1" w14:textId="77777777" w:rsidR="00E35492" w:rsidRDefault="00000000">
      <w:pPr>
        <w:spacing w:after="100"/>
      </w:pPr>
      <w:r>
        <w:t>Aşağıdaki koşullardan en az birinin sağlanması gerekmektedir. Başvuru sahibi, sağladığı koşul veya koşulları işaretleyerek ilgili tevsik edici belgeleri başvuru formuna ekler.</w:t>
      </w:r>
    </w:p>
    <w:tbl>
      <w:tblPr>
        <w:tblW w:w="0" w:type="auto"/>
        <w:tblLayout w:type="fixed"/>
        <w:tblLook w:val="04A0" w:firstRow="1" w:lastRow="0" w:firstColumn="1" w:lastColumn="0" w:noHBand="0" w:noVBand="1"/>
      </w:tblPr>
      <w:tblGrid>
        <w:gridCol w:w="5156"/>
        <w:gridCol w:w="5156"/>
      </w:tblGrid>
      <w:tr w:rsidR="00E35492" w14:paraId="1B398D61" w14:textId="77777777">
        <w:tc>
          <w:tcPr>
            <w:tcW w:w="5156"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3A79E317" w14:textId="77777777" w:rsidR="00E35492" w:rsidRDefault="00000000">
            <w:pPr>
              <w:jc w:val="center"/>
            </w:pPr>
            <w:r>
              <w:rPr>
                <w:b/>
                <w:sz w:val="24"/>
              </w:rPr>
              <w:t>☐</w:t>
            </w:r>
          </w:p>
        </w:tc>
        <w:tc>
          <w:tcPr>
            <w:tcW w:w="5156" w:type="dxa"/>
            <w:tcBorders>
              <w:top w:val="single" w:sz="6" w:space="0" w:color="A6A6A6"/>
              <w:left w:val="single" w:sz="6" w:space="0" w:color="A6A6A6"/>
              <w:bottom w:val="single" w:sz="6" w:space="0" w:color="A6A6A6"/>
              <w:right w:val="single" w:sz="6" w:space="0" w:color="A6A6A6"/>
            </w:tcBorders>
            <w:vAlign w:val="center"/>
          </w:tcPr>
          <w:p w14:paraId="7109ACDD" w14:textId="77777777" w:rsidR="00E35492" w:rsidRDefault="00000000">
            <w:r>
              <w:rPr>
                <w:b/>
                <w:sz w:val="18"/>
              </w:rPr>
              <w:t>REV, MRICS veya FRICS unvanlarından en az birine sahibim.</w:t>
            </w:r>
          </w:p>
        </w:tc>
      </w:tr>
      <w:tr w:rsidR="00E35492" w14:paraId="0F3DBF28" w14:textId="77777777">
        <w:tc>
          <w:tcPr>
            <w:tcW w:w="10312" w:type="dxa"/>
            <w:gridSpan w:val="2"/>
            <w:tcBorders>
              <w:top w:val="single" w:sz="6" w:space="0" w:color="A6A6A6"/>
              <w:left w:val="single" w:sz="6" w:space="0" w:color="A6A6A6"/>
              <w:bottom w:val="single" w:sz="6" w:space="0" w:color="A6A6A6"/>
              <w:right w:val="single" w:sz="6" w:space="0" w:color="A6A6A6"/>
            </w:tcBorders>
            <w:vAlign w:val="center"/>
          </w:tcPr>
          <w:p w14:paraId="09F175B8" w14:textId="77777777" w:rsidR="00E35492" w:rsidRDefault="00000000">
            <w:r>
              <w:rPr>
                <w:sz w:val="17"/>
              </w:rPr>
              <w:t>Sahip olunan unvan/unvanlar: ....................................................    Belge/Sertifika No: ....................................................</w:t>
            </w:r>
          </w:p>
        </w:tc>
      </w:tr>
      <w:tr w:rsidR="00E35492" w14:paraId="1F320A1A" w14:textId="77777777">
        <w:tc>
          <w:tcPr>
            <w:tcW w:w="5156"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4EDB148F" w14:textId="77777777" w:rsidR="00E35492" w:rsidRDefault="00000000">
            <w:pPr>
              <w:jc w:val="center"/>
            </w:pPr>
            <w:r>
              <w:rPr>
                <w:b/>
                <w:sz w:val="24"/>
              </w:rPr>
              <w:t>☐</w:t>
            </w:r>
          </w:p>
        </w:tc>
        <w:tc>
          <w:tcPr>
            <w:tcW w:w="5156" w:type="dxa"/>
            <w:tcBorders>
              <w:top w:val="single" w:sz="6" w:space="0" w:color="A6A6A6"/>
              <w:left w:val="single" w:sz="6" w:space="0" w:color="A6A6A6"/>
              <w:bottom w:val="single" w:sz="6" w:space="0" w:color="A6A6A6"/>
              <w:right w:val="single" w:sz="6" w:space="0" w:color="A6A6A6"/>
            </w:tcBorders>
            <w:vAlign w:val="center"/>
          </w:tcPr>
          <w:p w14:paraId="45B0802D" w14:textId="56F78252" w:rsidR="00E35492" w:rsidRDefault="00000000">
            <w:r>
              <w:rPr>
                <w:b/>
                <w:sz w:val="18"/>
              </w:rPr>
              <w:t>TEGOVA veya RICS tarafından akredite edilen bir üniversitenin gayrimenkul ile ilgili programından en az doktor</w:t>
            </w:r>
            <w:r w:rsidR="00A00A94">
              <w:rPr>
                <w:b/>
                <w:sz w:val="18"/>
              </w:rPr>
              <w:t xml:space="preserve"> ünvanına</w:t>
            </w:r>
            <w:r>
              <w:rPr>
                <w:b/>
                <w:sz w:val="18"/>
              </w:rPr>
              <w:t xml:space="preserve"> sahibim.</w:t>
            </w:r>
          </w:p>
        </w:tc>
      </w:tr>
      <w:tr w:rsidR="00E35492" w14:paraId="501F371E" w14:textId="77777777">
        <w:tc>
          <w:tcPr>
            <w:tcW w:w="10312" w:type="dxa"/>
            <w:gridSpan w:val="2"/>
            <w:tcBorders>
              <w:top w:val="single" w:sz="6" w:space="0" w:color="A6A6A6"/>
              <w:left w:val="single" w:sz="6" w:space="0" w:color="A6A6A6"/>
              <w:bottom w:val="single" w:sz="6" w:space="0" w:color="A6A6A6"/>
              <w:right w:val="single" w:sz="6" w:space="0" w:color="A6A6A6"/>
            </w:tcBorders>
            <w:vAlign w:val="center"/>
          </w:tcPr>
          <w:p w14:paraId="5DBA536C" w14:textId="77777777" w:rsidR="00E35492" w:rsidRDefault="00000000">
            <w:r>
              <w:rPr>
                <w:sz w:val="17"/>
              </w:rPr>
              <w:t>Üniversite / Program: ........................................................................................................................................</w:t>
            </w:r>
            <w:r>
              <w:rPr>
                <w:sz w:val="17"/>
              </w:rPr>
              <w:br/>
              <w:t>Derece / Mezuniyet Tarihi: ................................................................................................................................</w:t>
            </w:r>
          </w:p>
        </w:tc>
      </w:tr>
      <w:tr w:rsidR="00E35492" w14:paraId="7E067707" w14:textId="77777777">
        <w:tc>
          <w:tcPr>
            <w:tcW w:w="5156" w:type="dxa"/>
            <w:tcBorders>
              <w:top w:val="single" w:sz="6" w:space="0" w:color="A6A6A6"/>
              <w:left w:val="single" w:sz="6" w:space="0" w:color="A6A6A6"/>
              <w:bottom w:val="single" w:sz="6" w:space="0" w:color="A6A6A6"/>
              <w:right w:val="single" w:sz="6" w:space="0" w:color="A6A6A6"/>
            </w:tcBorders>
            <w:shd w:val="clear" w:color="auto" w:fill="EAF0F8"/>
            <w:vAlign w:val="center"/>
          </w:tcPr>
          <w:p w14:paraId="58924E6B" w14:textId="77777777" w:rsidR="00E35492" w:rsidRDefault="00000000">
            <w:pPr>
              <w:jc w:val="center"/>
            </w:pPr>
            <w:r>
              <w:rPr>
                <w:b/>
                <w:sz w:val="24"/>
              </w:rPr>
              <w:t>☐</w:t>
            </w:r>
          </w:p>
        </w:tc>
        <w:tc>
          <w:tcPr>
            <w:tcW w:w="5156" w:type="dxa"/>
            <w:tcBorders>
              <w:top w:val="single" w:sz="6" w:space="0" w:color="A6A6A6"/>
              <w:left w:val="single" w:sz="6" w:space="0" w:color="A6A6A6"/>
              <w:bottom w:val="single" w:sz="6" w:space="0" w:color="A6A6A6"/>
              <w:right w:val="single" w:sz="6" w:space="0" w:color="A6A6A6"/>
            </w:tcBorders>
            <w:vAlign w:val="center"/>
          </w:tcPr>
          <w:p w14:paraId="7FD73483" w14:textId="77777777" w:rsidR="00E35492" w:rsidRDefault="00000000">
            <w:r>
              <w:rPr>
                <w:b/>
                <w:sz w:val="18"/>
              </w:rPr>
              <w:t>Gayrimenkul değerleme alanında en az 15 (on beş) yıllık mesleki tecrübeye sahibim.</w:t>
            </w:r>
          </w:p>
        </w:tc>
      </w:tr>
      <w:tr w:rsidR="00E35492" w14:paraId="0705BB9F" w14:textId="77777777">
        <w:tc>
          <w:tcPr>
            <w:tcW w:w="10312" w:type="dxa"/>
            <w:gridSpan w:val="2"/>
            <w:tcBorders>
              <w:top w:val="single" w:sz="6" w:space="0" w:color="A6A6A6"/>
              <w:left w:val="single" w:sz="6" w:space="0" w:color="A6A6A6"/>
              <w:bottom w:val="single" w:sz="6" w:space="0" w:color="A6A6A6"/>
              <w:right w:val="single" w:sz="6" w:space="0" w:color="A6A6A6"/>
            </w:tcBorders>
            <w:vAlign w:val="center"/>
          </w:tcPr>
          <w:p w14:paraId="5911480B" w14:textId="77777777" w:rsidR="00E35492" w:rsidRDefault="00000000">
            <w:r>
              <w:rPr>
                <w:sz w:val="17"/>
              </w:rPr>
              <w:t>Gayrimenkul değerleme alanındaki toplam mesleki tecrübe: ............... yıl</w:t>
            </w:r>
          </w:p>
        </w:tc>
      </w:tr>
    </w:tbl>
    <w:p w14:paraId="01FB6C47" w14:textId="70D49F47" w:rsidR="00E35492" w:rsidRDefault="00000000">
      <w:pPr>
        <w:spacing w:before="140" w:after="80"/>
      </w:pPr>
      <w:r>
        <w:rPr>
          <w:b/>
          <w:color w:val="1F375F"/>
          <w:sz w:val="21"/>
        </w:rPr>
        <w:t xml:space="preserve">3. </w:t>
      </w:r>
      <w:r w:rsidR="001B4D53">
        <w:rPr>
          <w:b/>
          <w:color w:val="1F375F"/>
          <w:sz w:val="21"/>
        </w:rPr>
        <w:t xml:space="preserve">BAŞVURU YAPILAN KATEGORİYE GÖRE </w:t>
      </w:r>
      <w:r>
        <w:rPr>
          <w:b/>
          <w:color w:val="1F375F"/>
          <w:sz w:val="21"/>
        </w:rPr>
        <w:t>BAŞVURUYA EKLENECEK BELGELER</w:t>
      </w:r>
    </w:p>
    <w:p w14:paraId="25758509" w14:textId="77777777" w:rsidR="00E35492" w:rsidRDefault="00000000">
      <w:pPr>
        <w:spacing w:after="20"/>
        <w:ind w:left="170"/>
      </w:pPr>
      <w:r>
        <w:t>☐ Güncel özgeçmiş</w:t>
      </w:r>
    </w:p>
    <w:p w14:paraId="287D6850" w14:textId="16EB7691" w:rsidR="00E35492" w:rsidRDefault="00000000">
      <w:pPr>
        <w:spacing w:after="20"/>
        <w:ind w:left="170"/>
      </w:pPr>
      <w:r>
        <w:t>☐ REV, MRICS veya FRICS unvanını gösteren belge</w:t>
      </w:r>
      <w:r w:rsidR="00057200">
        <w:t>(</w:t>
      </w:r>
      <w:r>
        <w:t>ler</w:t>
      </w:r>
      <w:r w:rsidR="00057200">
        <w:t>)</w:t>
      </w:r>
    </w:p>
    <w:p w14:paraId="6E179ED3" w14:textId="4CB65C54" w:rsidR="00E35492" w:rsidRDefault="00000000">
      <w:pPr>
        <w:spacing w:after="20"/>
        <w:ind w:left="170"/>
      </w:pPr>
      <w:r>
        <w:t>☐ Doktora diploması</w:t>
      </w:r>
      <w:r w:rsidR="00124A52">
        <w:t>,</w:t>
      </w:r>
      <w:r w:rsidR="00E50CBC">
        <w:t>Doçenlik veya Profesörlük belgesi</w:t>
      </w:r>
    </w:p>
    <w:p w14:paraId="59C3716E" w14:textId="006B1D54" w:rsidR="00E35492" w:rsidRDefault="00000000">
      <w:pPr>
        <w:spacing w:after="20"/>
        <w:ind w:left="170"/>
      </w:pPr>
      <w:r>
        <w:t xml:space="preserve">☐ Gayrimenkul değerleme alanındaki </w:t>
      </w:r>
      <w:r w:rsidR="00963BB3">
        <w:t xml:space="preserve">15 yıllık </w:t>
      </w:r>
      <w:r>
        <w:t xml:space="preserve">mesleki tecrübeyi </w:t>
      </w:r>
      <w:r w:rsidR="00963BB3">
        <w:t xml:space="preserve">tevsik edecek </w:t>
      </w:r>
      <w:r>
        <w:t>belge</w:t>
      </w:r>
      <w:r w:rsidR="00057200">
        <w:t>(</w:t>
      </w:r>
      <w:r>
        <w:t>ler</w:t>
      </w:r>
      <w:r w:rsidR="00057200">
        <w:t>)</w:t>
      </w:r>
    </w:p>
    <w:p w14:paraId="62918CCF" w14:textId="77777777" w:rsidR="00E35492" w:rsidRDefault="00000000">
      <w:pPr>
        <w:spacing w:before="140" w:after="80"/>
      </w:pPr>
      <w:r>
        <w:rPr>
          <w:b/>
          <w:color w:val="1F375F"/>
          <w:sz w:val="21"/>
        </w:rPr>
        <w:t>4. BAĞIMSIZLIK, TARAFSIZLIK, ÇIKAR ÇATIŞMASI VE GİZLİLİK BEYANI</w:t>
      </w:r>
    </w:p>
    <w:p w14:paraId="04D3C229" w14:textId="77777777" w:rsidR="00E35492" w:rsidRDefault="00000000">
      <w:pPr>
        <w:spacing w:line="252" w:lineRule="auto"/>
        <w:jc w:val="both"/>
      </w:pPr>
      <w:r>
        <w:t>REV Mülakat Komisyonu Havuzunda yer almam hâlinde, görevlendirileceğim mülakatlarda değerlendirmelerimi bağımsızlık, tarafsızlık, objektiflik ve mesleki etik ilkeleri çerçevesinde gerçekleştireceğimi; mülakatını gerçekleştirmek üzere görevlendirildiğim başvuru sahibiyle değerlendirmemin bağımsızlığını veya tarafsızlığını etkileyebilecek herhangi bir çıkar çatışmamın veya doğrudan ya da dolaylı menfaat ilişkimin bulunması hâlinde bu durumu mülakat öncesinde TDUB’a bildireceğimi ve ilgili başvurunun değerlendirme sürecinde yer almayacağımı; başvuru sahibinin eşim veya birinci, ikinci ya da üçüncü derece kan hısımım olması hâlinde ilgili mülakatta görev alamayacağımı bildiğimi; her bir mülakat kapsamında başvuru sahibiyle değerlendirmemin bağımsızlığını veya tarafsızlığını etkileyebilecek herhangi bir çıkar çatışması veya menfaat ilişkisinin bulunmadığına ilişkin beyanımı bireysel değerlendirme checklistinde ayrıca imza altına alacağımı; mülakat sürecinde edindiğim başvuru sahibine, değerleme raporlarına, müşterilere ve diğer bilgi ve belgelere ilişkin gizliliği koruyacağımı ve söz konusu bilgileri görevim dışında kullanmayacağımı kabul, beyan ve taahhüt ederim.</w:t>
      </w:r>
    </w:p>
    <w:p w14:paraId="4ACC5405" w14:textId="77777777" w:rsidR="00E35492" w:rsidRDefault="00000000">
      <w:pPr>
        <w:spacing w:before="140" w:after="80"/>
      </w:pPr>
      <w:r>
        <w:rPr>
          <w:b/>
          <w:color w:val="1F375F"/>
          <w:sz w:val="21"/>
        </w:rPr>
        <w:t>5. BAŞVURU SAHİBİNİN BEYANI</w:t>
      </w:r>
    </w:p>
    <w:p w14:paraId="1BC01557" w14:textId="2AC43B0A" w:rsidR="00E35492" w:rsidRDefault="00000000">
      <w:pPr>
        <w:jc w:val="both"/>
      </w:pPr>
      <w:r>
        <w:t xml:space="preserve">Bu başvuru formunda ve eklerinde sunduğum bilgi ve belgelerin doğru, güncel ve gerçeğe uygun olduğunu; Mülakat Komisyonu Havuzuna kabul edilmem hâlinde REV Sertifikası Başvuru Usul ve Esasları Hakkında Yönerge ile TDUB </w:t>
      </w:r>
      <w:r w:rsidR="00E9395C">
        <w:t xml:space="preserve">ve TEGOVA </w:t>
      </w:r>
      <w:r>
        <w:t>tarafından belirlenen ilgili usul, esas ve etik kurallara uygun hareket edeceğimi kabul ve beyan ederim.</w:t>
      </w:r>
    </w:p>
    <w:tbl>
      <w:tblPr>
        <w:tblW w:w="0" w:type="auto"/>
        <w:tblLayout w:type="fixed"/>
        <w:tblLook w:val="04A0" w:firstRow="1" w:lastRow="0" w:firstColumn="1" w:lastColumn="0" w:noHBand="0" w:noVBand="1"/>
      </w:tblPr>
      <w:tblGrid>
        <w:gridCol w:w="2240"/>
        <w:gridCol w:w="7847"/>
      </w:tblGrid>
      <w:tr w:rsidR="00E35492" w14:paraId="5B7A495F" w14:textId="77777777" w:rsidTr="00AF34E9">
        <w:trPr>
          <w:trHeight w:val="138"/>
        </w:trPr>
        <w:tc>
          <w:tcPr>
            <w:tcW w:w="2240" w:type="dxa"/>
            <w:tcBorders>
              <w:top w:val="single" w:sz="6" w:space="0" w:color="A6A6A6"/>
              <w:left w:val="single" w:sz="6" w:space="0" w:color="A6A6A6"/>
              <w:bottom w:val="single" w:sz="6" w:space="0" w:color="A6A6A6"/>
              <w:right w:val="single" w:sz="6" w:space="0" w:color="A6A6A6"/>
            </w:tcBorders>
            <w:vAlign w:val="center"/>
          </w:tcPr>
          <w:p w14:paraId="32FF760F" w14:textId="77777777" w:rsidR="00E35492" w:rsidRDefault="00000000">
            <w:r>
              <w:rPr>
                <w:b/>
                <w:sz w:val="18"/>
              </w:rPr>
              <w:t>Adı Soyadı</w:t>
            </w:r>
          </w:p>
        </w:tc>
        <w:tc>
          <w:tcPr>
            <w:tcW w:w="7847" w:type="dxa"/>
            <w:tcBorders>
              <w:top w:val="single" w:sz="6" w:space="0" w:color="A6A6A6"/>
              <w:left w:val="single" w:sz="6" w:space="0" w:color="A6A6A6"/>
              <w:bottom w:val="single" w:sz="6" w:space="0" w:color="A6A6A6"/>
              <w:right w:val="single" w:sz="6" w:space="0" w:color="A6A6A6"/>
            </w:tcBorders>
            <w:vAlign w:val="center"/>
          </w:tcPr>
          <w:p w14:paraId="0D60F3EB" w14:textId="77777777" w:rsidR="00E35492" w:rsidRDefault="00E35492"/>
        </w:tc>
      </w:tr>
      <w:tr w:rsidR="00E35492" w14:paraId="63F71C95" w14:textId="77777777" w:rsidTr="00AF34E9">
        <w:trPr>
          <w:trHeight w:val="132"/>
        </w:trPr>
        <w:tc>
          <w:tcPr>
            <w:tcW w:w="2240" w:type="dxa"/>
            <w:tcBorders>
              <w:top w:val="single" w:sz="6" w:space="0" w:color="A6A6A6"/>
              <w:left w:val="single" w:sz="6" w:space="0" w:color="A6A6A6"/>
              <w:bottom w:val="single" w:sz="6" w:space="0" w:color="A6A6A6"/>
              <w:right w:val="single" w:sz="6" w:space="0" w:color="A6A6A6"/>
            </w:tcBorders>
            <w:vAlign w:val="center"/>
          </w:tcPr>
          <w:p w14:paraId="7D5DBAE4" w14:textId="77777777" w:rsidR="00E35492" w:rsidRDefault="00000000">
            <w:r>
              <w:rPr>
                <w:b/>
                <w:sz w:val="18"/>
              </w:rPr>
              <w:t>Tarih</w:t>
            </w:r>
          </w:p>
        </w:tc>
        <w:tc>
          <w:tcPr>
            <w:tcW w:w="7847" w:type="dxa"/>
            <w:tcBorders>
              <w:top w:val="single" w:sz="6" w:space="0" w:color="A6A6A6"/>
              <w:left w:val="single" w:sz="6" w:space="0" w:color="A6A6A6"/>
              <w:bottom w:val="single" w:sz="6" w:space="0" w:color="A6A6A6"/>
              <w:right w:val="single" w:sz="6" w:space="0" w:color="A6A6A6"/>
            </w:tcBorders>
            <w:vAlign w:val="center"/>
          </w:tcPr>
          <w:p w14:paraId="0FD7C6ED" w14:textId="77777777" w:rsidR="00E35492" w:rsidRDefault="00000000">
            <w:r>
              <w:rPr>
                <w:sz w:val="18"/>
              </w:rPr>
              <w:t>.... / .... / ........</w:t>
            </w:r>
          </w:p>
        </w:tc>
      </w:tr>
      <w:tr w:rsidR="00E35492" w14:paraId="2FBF3724" w14:textId="77777777" w:rsidTr="00AF34E9">
        <w:trPr>
          <w:trHeight w:val="370"/>
        </w:trPr>
        <w:tc>
          <w:tcPr>
            <w:tcW w:w="2240" w:type="dxa"/>
            <w:tcBorders>
              <w:top w:val="single" w:sz="6" w:space="0" w:color="A6A6A6"/>
              <w:left w:val="single" w:sz="6" w:space="0" w:color="A6A6A6"/>
              <w:bottom w:val="single" w:sz="6" w:space="0" w:color="A6A6A6"/>
              <w:right w:val="single" w:sz="6" w:space="0" w:color="A6A6A6"/>
            </w:tcBorders>
            <w:vAlign w:val="center"/>
          </w:tcPr>
          <w:p w14:paraId="1A105999" w14:textId="77777777" w:rsidR="00E35492" w:rsidRDefault="00000000">
            <w:r>
              <w:rPr>
                <w:b/>
                <w:sz w:val="18"/>
              </w:rPr>
              <w:t>İmza</w:t>
            </w:r>
          </w:p>
        </w:tc>
        <w:tc>
          <w:tcPr>
            <w:tcW w:w="7847" w:type="dxa"/>
            <w:tcBorders>
              <w:top w:val="single" w:sz="6" w:space="0" w:color="A6A6A6"/>
              <w:left w:val="single" w:sz="6" w:space="0" w:color="A6A6A6"/>
              <w:bottom w:val="single" w:sz="6" w:space="0" w:color="A6A6A6"/>
              <w:right w:val="single" w:sz="6" w:space="0" w:color="A6A6A6"/>
            </w:tcBorders>
            <w:vAlign w:val="center"/>
          </w:tcPr>
          <w:p w14:paraId="794F83EC" w14:textId="77777777" w:rsidR="00E35492" w:rsidRDefault="00E35492"/>
          <w:p w14:paraId="58457D7D" w14:textId="77777777" w:rsidR="00AF34E9" w:rsidRDefault="00AF34E9" w:rsidP="00AF34E9"/>
          <w:p w14:paraId="0049F16B" w14:textId="19C22314" w:rsidR="00AF34E9" w:rsidRPr="00AF34E9" w:rsidRDefault="00AF34E9" w:rsidP="00AF34E9"/>
        </w:tc>
      </w:tr>
    </w:tbl>
    <w:p w14:paraId="6892CEAF" w14:textId="77777777" w:rsidR="00AF34E9" w:rsidRDefault="00AF34E9" w:rsidP="00AF34E9"/>
    <w:sectPr w:rsidR="00AF34E9" w:rsidSect="00034616">
      <w:footerReference w:type="default" r:id="rId8"/>
      <w:pgSz w:w="12240" w:h="15840"/>
      <w:pgMar w:top="794"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156E0" w14:textId="77777777" w:rsidR="00457067" w:rsidRDefault="00457067">
      <w:pPr>
        <w:spacing w:after="0" w:line="240" w:lineRule="auto"/>
      </w:pPr>
      <w:r>
        <w:separator/>
      </w:r>
    </w:p>
  </w:endnote>
  <w:endnote w:type="continuationSeparator" w:id="0">
    <w:p w14:paraId="6029D92D" w14:textId="77777777" w:rsidR="00457067" w:rsidRDefault="00457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5E33" w14:textId="77777777" w:rsidR="00E35492" w:rsidRDefault="00000000">
    <w:pPr>
      <w:pStyle w:val="AltBilgi"/>
      <w:jc w:val="center"/>
    </w:pPr>
    <w:r>
      <w:rPr>
        <w:color w:val="646464"/>
        <w:sz w:val="14"/>
      </w:rPr>
      <w:t>Türkiye Değerleme Uzmanları Birliği | REV Mülakat Komisyonu Havuzu Başvuru Formu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D576" w14:textId="77777777" w:rsidR="00457067" w:rsidRDefault="00457067">
      <w:pPr>
        <w:spacing w:after="0" w:line="240" w:lineRule="auto"/>
      </w:pPr>
      <w:r>
        <w:separator/>
      </w:r>
    </w:p>
  </w:footnote>
  <w:footnote w:type="continuationSeparator" w:id="0">
    <w:p w14:paraId="1F3DC96D" w14:textId="77777777" w:rsidR="00457067" w:rsidRDefault="004570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05356039">
    <w:abstractNumId w:val="8"/>
  </w:num>
  <w:num w:numId="2" w16cid:durableId="1996567957">
    <w:abstractNumId w:val="6"/>
  </w:num>
  <w:num w:numId="3" w16cid:durableId="642930133">
    <w:abstractNumId w:val="5"/>
  </w:num>
  <w:num w:numId="4" w16cid:durableId="987175693">
    <w:abstractNumId w:val="4"/>
  </w:num>
  <w:num w:numId="5" w16cid:durableId="224026893">
    <w:abstractNumId w:val="7"/>
  </w:num>
  <w:num w:numId="6" w16cid:durableId="970014829">
    <w:abstractNumId w:val="3"/>
  </w:num>
  <w:num w:numId="7" w16cid:durableId="2100321131">
    <w:abstractNumId w:val="2"/>
  </w:num>
  <w:num w:numId="8" w16cid:durableId="1668095796">
    <w:abstractNumId w:val="1"/>
  </w:num>
  <w:num w:numId="9" w16cid:durableId="173245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A12"/>
    <w:rsid w:val="00012194"/>
    <w:rsid w:val="00034616"/>
    <w:rsid w:val="00057200"/>
    <w:rsid w:val="0006063C"/>
    <w:rsid w:val="00065131"/>
    <w:rsid w:val="0011219B"/>
    <w:rsid w:val="00124A52"/>
    <w:rsid w:val="00126FE7"/>
    <w:rsid w:val="00142072"/>
    <w:rsid w:val="0015074B"/>
    <w:rsid w:val="00197BF3"/>
    <w:rsid w:val="001B4D53"/>
    <w:rsid w:val="00235BFD"/>
    <w:rsid w:val="0029639D"/>
    <w:rsid w:val="00326F90"/>
    <w:rsid w:val="00370051"/>
    <w:rsid w:val="003C10AA"/>
    <w:rsid w:val="00457067"/>
    <w:rsid w:val="005E53C4"/>
    <w:rsid w:val="0066737D"/>
    <w:rsid w:val="00963BB3"/>
    <w:rsid w:val="00A00A94"/>
    <w:rsid w:val="00A07B88"/>
    <w:rsid w:val="00AA1D8D"/>
    <w:rsid w:val="00AD3AE1"/>
    <w:rsid w:val="00AF34E9"/>
    <w:rsid w:val="00B47730"/>
    <w:rsid w:val="00CA6402"/>
    <w:rsid w:val="00CB0664"/>
    <w:rsid w:val="00E35492"/>
    <w:rsid w:val="00E50CBC"/>
    <w:rsid w:val="00E9395C"/>
    <w:rsid w:val="00EF3F67"/>
    <w:rsid w:val="00FC693F"/>
    <w:rsid w:val="00FD1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031490"/>
  <w14:defaultImageDpi w14:val="300"/>
  <w15:docId w15:val="{E6ACEF8C-9FAD-4FA9-8AD2-CDE29DC9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Cihan Sadak</cp:lastModifiedBy>
  <cp:revision>23</cp:revision>
  <dcterms:created xsi:type="dcterms:W3CDTF">2013-12-23T23:15:00Z</dcterms:created>
  <dcterms:modified xsi:type="dcterms:W3CDTF">2026-09-24T11:48:00Z</dcterms:modified>
  <cp:category/>
</cp:coreProperties>
</file>